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4EDFA"/>
  <w:body>
    <w:tbl>
      <w:tblPr>
        <w:tblW w:w="10100" w:type="dxa"/>
        <w:jc w:val="center"/>
        <w:tblLayout w:type="fixed"/>
        <w:tblLook w:val="04A0" w:firstRow="1" w:lastRow="0" w:firstColumn="1" w:lastColumn="0" w:noHBand="0" w:noVBand="1"/>
      </w:tblPr>
      <w:tblGrid>
        <w:gridCol w:w="4850"/>
        <w:gridCol w:w="400"/>
        <w:gridCol w:w="4850"/>
      </w:tblGrid>
      <w:tr w:rsidR="00E31072" w14:paraId="3971DA94" w14:textId="77777777">
        <w:trPr>
          <w:jc w:val="center"/>
        </w:trPr>
        <w:tc>
          <w:tcPr>
            <w:tcW w:w="4850" w:type="dxa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</w:tcPr>
          <w:p w14:paraId="64243C39" w14:textId="77777777" w:rsidR="00E31072" w:rsidRDefault="009172C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9A0BE2" wp14:editId="00C698C0">
                  <wp:extent cx="2999232" cy="160934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kis_sapphire_logo_clean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9232" cy="160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dxa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</w:tcPr>
          <w:p w14:paraId="5D2730B2" w14:textId="77777777" w:rsidR="00E31072" w:rsidRDefault="00E31072"/>
        </w:tc>
        <w:tc>
          <w:tcPr>
            <w:tcW w:w="4850" w:type="dxa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</w:tcPr>
          <w:p w14:paraId="4383FC46" w14:textId="77777777" w:rsidR="00E31072" w:rsidRDefault="009172C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DEA157" wp14:editId="40E06B29">
                  <wp:extent cx="3255264" cy="174650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resh_spooky_hero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264" cy="1746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DB2EBD" w14:textId="77777777" w:rsidR="00E31072" w:rsidRDefault="009172C1">
      <w:pPr>
        <w:spacing w:before="180" w:after="60" w:line="240" w:lineRule="auto"/>
        <w:jc w:val="center"/>
      </w:pPr>
      <w:r>
        <w:rPr>
          <w:b/>
          <w:color w:val="4E2870"/>
          <w:sz w:val="38"/>
        </w:rPr>
        <w:t>MONDAY 26TH – THURSDAY 29TH OCTOBER 2026</w:t>
      </w:r>
    </w:p>
    <w:p w14:paraId="769CF3BB" w14:textId="77777777" w:rsidR="00E31072" w:rsidRDefault="009172C1">
      <w:pPr>
        <w:spacing w:after="160" w:line="240" w:lineRule="auto"/>
        <w:jc w:val="center"/>
      </w:pPr>
      <w:r>
        <w:rPr>
          <w:b/>
          <w:color w:val="4E2870"/>
          <w:sz w:val="33"/>
        </w:rPr>
        <w:t>FOUR DAYS OF SPOOKY FUN!</w:t>
      </w:r>
    </w:p>
    <w:tbl>
      <w:tblPr>
        <w:tblW w:w="10100" w:type="dxa"/>
        <w:jc w:val="center"/>
        <w:tblLayout w:type="fixed"/>
        <w:tblLook w:val="04A0" w:firstRow="1" w:lastRow="0" w:firstColumn="1" w:lastColumn="0" w:noHBand="0" w:noVBand="1"/>
      </w:tblPr>
      <w:tblGrid>
        <w:gridCol w:w="5050"/>
        <w:gridCol w:w="5050"/>
      </w:tblGrid>
      <w:tr w:rsidR="00E31072" w14:paraId="403DD424" w14:textId="77777777">
        <w:trPr>
          <w:trHeight w:val="3312"/>
          <w:jc w:val="center"/>
        </w:trPr>
        <w:tc>
          <w:tcPr>
            <w:tcW w:w="5050" w:type="dxa"/>
            <w:tcBorders>
              <w:top w:val="single" w:sz="14" w:space="0" w:color="4E2870"/>
              <w:left w:val="single" w:sz="14" w:space="0" w:color="4E2870"/>
              <w:bottom w:val="single" w:sz="14" w:space="0" w:color="4E2870"/>
              <w:right w:val="single" w:sz="14" w:space="0" w:color="4E2870"/>
            </w:tcBorders>
            <w:shd w:val="clear" w:color="auto" w:fill="EFE4F7"/>
            <w:tcMar>
              <w:top w:w="155" w:type="dxa"/>
              <w:left w:w="175" w:type="dxa"/>
              <w:bottom w:w="145" w:type="dxa"/>
              <w:right w:w="175" w:type="dxa"/>
            </w:tcMar>
          </w:tcPr>
          <w:p w14:paraId="7E3F3C6C" w14:textId="77777777" w:rsidR="00E31072" w:rsidRDefault="009172C1">
            <w:pPr>
              <w:shd w:val="clear" w:color="auto" w:fill="4E2870"/>
              <w:spacing w:after="100" w:line="240" w:lineRule="auto"/>
              <w:jc w:val="center"/>
            </w:pPr>
            <w:r>
              <w:rPr>
                <w:b/>
                <w:color w:val="FFFFFF"/>
                <w:sz w:val="40"/>
              </w:rPr>
              <w:t>MONDAY</w:t>
            </w:r>
          </w:p>
          <w:p w14:paraId="5AFE063A" w14:textId="77777777" w:rsidR="00E31072" w:rsidRDefault="009172C1">
            <w:pPr>
              <w:spacing w:after="80" w:line="240" w:lineRule="auto"/>
              <w:jc w:val="center"/>
            </w:pPr>
            <w:r>
              <w:rPr>
                <w:b/>
                <w:color w:val="4E2870"/>
                <w:sz w:val="32"/>
              </w:rPr>
              <w:t>PUMPKIN PARTY</w:t>
            </w:r>
          </w:p>
          <w:p w14:paraId="5E41B6CF" w14:textId="77777777" w:rsidR="00E31072" w:rsidRDefault="009172C1">
            <w:pPr>
              <w:spacing w:after="40"/>
              <w:jc w:val="center"/>
            </w:pPr>
            <w:r>
              <w:rPr>
                <w:noProof/>
              </w:rPr>
              <w:drawing>
                <wp:inline distT="0" distB="0" distL="0" distR="0" wp14:anchorId="7C7BE00E" wp14:editId="374F62F6">
                  <wp:extent cx="512064" cy="34747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ooky_pumpkin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0F17F1" w14:textId="77777777" w:rsidR="00E31072" w:rsidRDefault="009172C1">
            <w:pPr>
              <w:spacing w:after="100"/>
              <w:jc w:val="center"/>
            </w:pPr>
            <w:r>
              <w:rPr>
                <w:b/>
                <w:color w:val="4E2870"/>
                <w:sz w:val="30"/>
              </w:rPr>
              <w:t xml:space="preserve">MAKE  </w:t>
            </w:r>
            <w:r>
              <w:rPr>
                <w:b/>
                <w:color w:val="000000"/>
                <w:sz w:val="30"/>
              </w:rPr>
              <w:t>Pumpkin Plate Painting</w:t>
            </w:r>
          </w:p>
          <w:p w14:paraId="50162BE0" w14:textId="77777777" w:rsidR="00E31072" w:rsidRDefault="009172C1">
            <w:pPr>
              <w:spacing w:after="100"/>
              <w:jc w:val="center"/>
            </w:pPr>
            <w:r>
              <w:rPr>
                <w:b/>
                <w:color w:val="4E2870"/>
                <w:sz w:val="30"/>
              </w:rPr>
              <w:t xml:space="preserve">TASTE  </w:t>
            </w:r>
            <w:r>
              <w:rPr>
                <w:b/>
                <w:color w:val="000000"/>
                <w:sz w:val="30"/>
              </w:rPr>
              <w:t>Creepy Cupcakes</w:t>
            </w:r>
          </w:p>
          <w:p w14:paraId="7D9E1A78" w14:textId="77777777" w:rsidR="00E31072" w:rsidRDefault="009172C1">
            <w:pPr>
              <w:spacing w:after="100"/>
              <w:jc w:val="center"/>
            </w:pPr>
            <w:r>
              <w:rPr>
                <w:b/>
                <w:color w:val="4E2870"/>
                <w:sz w:val="30"/>
              </w:rPr>
              <w:t xml:space="preserve">PLAY  </w:t>
            </w:r>
            <w:r>
              <w:rPr>
                <w:b/>
                <w:color w:val="000000"/>
                <w:sz w:val="30"/>
              </w:rPr>
              <w:t>Feed the Monster</w:t>
            </w:r>
            <w:r>
              <w:rPr>
                <w:b/>
                <w:color w:val="000000"/>
                <w:sz w:val="30"/>
              </w:rPr>
              <w:br/>
              <w:t>Monster Freeze</w:t>
            </w:r>
          </w:p>
        </w:tc>
        <w:tc>
          <w:tcPr>
            <w:tcW w:w="5050" w:type="dxa"/>
            <w:tcBorders>
              <w:top w:val="single" w:sz="14" w:space="0" w:color="FF9500"/>
              <w:left w:val="single" w:sz="14" w:space="0" w:color="FF9500"/>
              <w:bottom w:val="single" w:sz="14" w:space="0" w:color="FF9500"/>
              <w:right w:val="single" w:sz="14" w:space="0" w:color="FF9500"/>
            </w:tcBorders>
            <w:shd w:val="clear" w:color="auto" w:fill="FFF1DE"/>
            <w:tcMar>
              <w:top w:w="155" w:type="dxa"/>
              <w:left w:w="175" w:type="dxa"/>
              <w:bottom w:w="145" w:type="dxa"/>
              <w:right w:w="175" w:type="dxa"/>
            </w:tcMar>
          </w:tcPr>
          <w:p w14:paraId="356A7597" w14:textId="77777777" w:rsidR="00E31072" w:rsidRDefault="009172C1">
            <w:pPr>
              <w:shd w:val="clear" w:color="auto" w:fill="FF9500"/>
              <w:spacing w:after="100" w:line="240" w:lineRule="auto"/>
              <w:jc w:val="center"/>
            </w:pPr>
            <w:r>
              <w:rPr>
                <w:b/>
                <w:color w:val="FFFFFF"/>
                <w:sz w:val="40"/>
              </w:rPr>
              <w:t>TUESDAY</w:t>
            </w:r>
          </w:p>
          <w:p w14:paraId="502DEF68" w14:textId="77777777" w:rsidR="00E31072" w:rsidRDefault="009172C1">
            <w:pPr>
              <w:spacing w:after="80" w:line="240" w:lineRule="auto"/>
              <w:jc w:val="center"/>
            </w:pPr>
            <w:r>
              <w:rPr>
                <w:b/>
                <w:color w:val="FF9500"/>
                <w:sz w:val="32"/>
              </w:rPr>
              <w:t>GHOSTLY FUN</w:t>
            </w:r>
          </w:p>
          <w:p w14:paraId="0D46428C" w14:textId="77777777" w:rsidR="00E31072" w:rsidRDefault="009172C1">
            <w:pPr>
              <w:spacing w:after="40"/>
              <w:jc w:val="center"/>
            </w:pPr>
            <w:r>
              <w:rPr>
                <w:noProof/>
              </w:rPr>
              <w:drawing>
                <wp:inline distT="0" distB="0" distL="0" distR="0" wp14:anchorId="7B94442A" wp14:editId="0208066F">
                  <wp:extent cx="512064" cy="34747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ooky_ghost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73BF90" w14:textId="77777777" w:rsidR="00E31072" w:rsidRDefault="009172C1">
            <w:pPr>
              <w:spacing w:after="100"/>
              <w:jc w:val="center"/>
            </w:pPr>
            <w:r>
              <w:rPr>
                <w:b/>
                <w:color w:val="FF9500"/>
                <w:sz w:val="30"/>
              </w:rPr>
              <w:t xml:space="preserve">MAKE  </w:t>
            </w:r>
            <w:r>
              <w:rPr>
                <w:b/>
                <w:color w:val="000000"/>
                <w:sz w:val="30"/>
              </w:rPr>
              <w:t>Spooky Mobiles*</w:t>
            </w:r>
          </w:p>
          <w:p w14:paraId="0288D4D4" w14:textId="77777777" w:rsidR="00E31072" w:rsidRDefault="009172C1">
            <w:pPr>
              <w:spacing w:after="100"/>
              <w:jc w:val="center"/>
            </w:pPr>
            <w:r>
              <w:rPr>
                <w:b/>
                <w:color w:val="FF9500"/>
                <w:sz w:val="30"/>
              </w:rPr>
              <w:t xml:space="preserve">TASTE  </w:t>
            </w:r>
            <w:r>
              <w:rPr>
                <w:b/>
                <w:color w:val="000000"/>
                <w:sz w:val="30"/>
              </w:rPr>
              <w:t>Monster Biscuits</w:t>
            </w:r>
          </w:p>
          <w:p w14:paraId="56597080" w14:textId="77777777" w:rsidR="00E31072" w:rsidRDefault="009172C1">
            <w:pPr>
              <w:spacing w:after="100"/>
              <w:jc w:val="center"/>
            </w:pPr>
            <w:r>
              <w:rPr>
                <w:b/>
                <w:color w:val="FF9500"/>
                <w:sz w:val="30"/>
              </w:rPr>
              <w:t xml:space="preserve">PLAY  </w:t>
            </w:r>
            <w:r>
              <w:rPr>
                <w:b/>
                <w:color w:val="000000"/>
                <w:sz w:val="30"/>
              </w:rPr>
              <w:t>Eyeball Spoon Race</w:t>
            </w:r>
            <w:r>
              <w:rPr>
                <w:b/>
                <w:color w:val="000000"/>
                <w:sz w:val="30"/>
              </w:rPr>
              <w:br/>
              <w:t>Wrap the Mummy</w:t>
            </w:r>
          </w:p>
        </w:tc>
      </w:tr>
      <w:tr w:rsidR="00E31072" w14:paraId="1FAD8639" w14:textId="77777777">
        <w:trPr>
          <w:trHeight w:val="3312"/>
          <w:jc w:val="center"/>
        </w:trPr>
        <w:tc>
          <w:tcPr>
            <w:tcW w:w="5050" w:type="dxa"/>
            <w:tcBorders>
              <w:top w:val="single" w:sz="14" w:space="0" w:color="61C457"/>
              <w:left w:val="single" w:sz="14" w:space="0" w:color="61C457"/>
              <w:bottom w:val="single" w:sz="14" w:space="0" w:color="61C457"/>
              <w:right w:val="single" w:sz="14" w:space="0" w:color="61C457"/>
            </w:tcBorders>
            <w:shd w:val="clear" w:color="auto" w:fill="ECF7E8"/>
            <w:tcMar>
              <w:top w:w="155" w:type="dxa"/>
              <w:left w:w="175" w:type="dxa"/>
              <w:bottom w:w="145" w:type="dxa"/>
              <w:right w:w="175" w:type="dxa"/>
            </w:tcMar>
          </w:tcPr>
          <w:p w14:paraId="1F003A4D" w14:textId="77777777" w:rsidR="00E31072" w:rsidRDefault="009172C1">
            <w:pPr>
              <w:shd w:val="clear" w:color="auto" w:fill="61C457"/>
              <w:spacing w:after="100" w:line="240" w:lineRule="auto"/>
              <w:jc w:val="center"/>
            </w:pPr>
            <w:r>
              <w:rPr>
                <w:b/>
                <w:color w:val="FFFFFF"/>
                <w:sz w:val="40"/>
              </w:rPr>
              <w:t>WEDNESDAY</w:t>
            </w:r>
          </w:p>
          <w:p w14:paraId="66C971EA" w14:textId="77777777" w:rsidR="00E31072" w:rsidRDefault="009172C1">
            <w:pPr>
              <w:spacing w:after="80" w:line="240" w:lineRule="auto"/>
              <w:jc w:val="center"/>
            </w:pPr>
            <w:r>
              <w:rPr>
                <w:b/>
                <w:color w:val="61C457"/>
                <w:sz w:val="32"/>
              </w:rPr>
              <w:t>NEON MONSTERS</w:t>
            </w:r>
          </w:p>
          <w:p w14:paraId="592404F5" w14:textId="77777777" w:rsidR="00E31072" w:rsidRDefault="009172C1">
            <w:pPr>
              <w:spacing w:after="40"/>
              <w:jc w:val="center"/>
            </w:pPr>
            <w:r>
              <w:rPr>
                <w:noProof/>
              </w:rPr>
              <w:drawing>
                <wp:inline distT="0" distB="0" distL="0" distR="0" wp14:anchorId="08EB7784" wp14:editId="4C54B65B">
                  <wp:extent cx="512064" cy="34747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ooky_bat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DF1ADF" w14:textId="77777777" w:rsidR="00E31072" w:rsidRDefault="009172C1">
            <w:pPr>
              <w:spacing w:after="100"/>
              <w:jc w:val="center"/>
            </w:pPr>
            <w:r>
              <w:rPr>
                <w:b/>
                <w:color w:val="61C457"/>
                <w:sz w:val="30"/>
              </w:rPr>
              <w:t xml:space="preserve">MAKE  </w:t>
            </w:r>
            <w:r>
              <w:rPr>
                <w:b/>
                <w:color w:val="000000"/>
                <w:sz w:val="30"/>
              </w:rPr>
              <w:t>Neon T-Shirt Painting**</w:t>
            </w:r>
          </w:p>
          <w:p w14:paraId="6B16BE1E" w14:textId="77777777" w:rsidR="00E31072" w:rsidRDefault="009172C1">
            <w:pPr>
              <w:spacing w:after="100"/>
              <w:jc w:val="center"/>
            </w:pPr>
            <w:r>
              <w:rPr>
                <w:b/>
                <w:color w:val="61C457"/>
                <w:sz w:val="30"/>
              </w:rPr>
              <w:t xml:space="preserve">TASTE  </w:t>
            </w:r>
            <w:r>
              <w:rPr>
                <w:b/>
                <w:color w:val="000000"/>
                <w:sz w:val="30"/>
              </w:rPr>
              <w:t>Spooky Treats</w:t>
            </w:r>
          </w:p>
          <w:p w14:paraId="163619B5" w14:textId="77777777" w:rsidR="00A00785" w:rsidRDefault="00A00785">
            <w:pPr>
              <w:spacing w:after="100"/>
              <w:jc w:val="center"/>
              <w:rPr>
                <w:b/>
                <w:color w:val="61C457"/>
                <w:sz w:val="30"/>
              </w:rPr>
            </w:pPr>
          </w:p>
          <w:p w14:paraId="62886E52" w14:textId="251AF502" w:rsidR="00E31072" w:rsidRDefault="009172C1">
            <w:pPr>
              <w:spacing w:after="100"/>
              <w:jc w:val="center"/>
            </w:pPr>
            <w:r>
              <w:rPr>
                <w:b/>
                <w:color w:val="61C457"/>
                <w:sz w:val="30"/>
              </w:rPr>
              <w:t xml:space="preserve">PLAY  </w:t>
            </w:r>
            <w:r>
              <w:rPr>
                <w:b/>
                <w:color w:val="000000"/>
                <w:sz w:val="30"/>
              </w:rPr>
              <w:t>Spooky Relay Race</w:t>
            </w:r>
            <w:r>
              <w:rPr>
                <w:b/>
                <w:color w:val="000000"/>
                <w:sz w:val="30"/>
              </w:rPr>
              <w:br/>
              <w:t>Monster Corners</w:t>
            </w:r>
          </w:p>
        </w:tc>
        <w:tc>
          <w:tcPr>
            <w:tcW w:w="5050" w:type="dxa"/>
            <w:tcBorders>
              <w:top w:val="single" w:sz="14" w:space="0" w:color="0F52BA"/>
              <w:left w:val="single" w:sz="14" w:space="0" w:color="0F52BA"/>
              <w:bottom w:val="single" w:sz="14" w:space="0" w:color="0F52BA"/>
              <w:right w:val="single" w:sz="14" w:space="0" w:color="0F52BA"/>
            </w:tcBorders>
            <w:shd w:val="clear" w:color="auto" w:fill="EAF0FB"/>
            <w:tcMar>
              <w:top w:w="155" w:type="dxa"/>
              <w:left w:w="175" w:type="dxa"/>
              <w:bottom w:w="145" w:type="dxa"/>
              <w:right w:w="175" w:type="dxa"/>
            </w:tcMar>
          </w:tcPr>
          <w:p w14:paraId="26FD2F82" w14:textId="77777777" w:rsidR="00E31072" w:rsidRDefault="009172C1">
            <w:pPr>
              <w:shd w:val="clear" w:color="auto" w:fill="0F52BA"/>
              <w:spacing w:after="100" w:line="240" w:lineRule="auto"/>
              <w:jc w:val="center"/>
            </w:pPr>
            <w:r>
              <w:rPr>
                <w:b/>
                <w:color w:val="FFFFFF"/>
                <w:sz w:val="40"/>
              </w:rPr>
              <w:t>THURSDAY</w:t>
            </w:r>
          </w:p>
          <w:p w14:paraId="5A146165" w14:textId="77777777" w:rsidR="00E31072" w:rsidRDefault="009172C1">
            <w:pPr>
              <w:spacing w:after="80" w:line="240" w:lineRule="auto"/>
              <w:jc w:val="center"/>
            </w:pPr>
            <w:r>
              <w:rPr>
                <w:b/>
                <w:color w:val="0F52BA"/>
                <w:sz w:val="32"/>
              </w:rPr>
              <w:t>MONSTER MASH</w:t>
            </w:r>
          </w:p>
          <w:p w14:paraId="5AE9515B" w14:textId="77777777" w:rsidR="00E31072" w:rsidRDefault="009172C1">
            <w:pPr>
              <w:spacing w:after="40"/>
              <w:jc w:val="center"/>
            </w:pPr>
            <w:r>
              <w:rPr>
                <w:noProof/>
              </w:rPr>
              <w:drawing>
                <wp:inline distT="0" distB="0" distL="0" distR="0" wp14:anchorId="68E4A2C1" wp14:editId="2644B1A3">
                  <wp:extent cx="512064" cy="34747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ooky_monster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E2FEF4" w14:textId="77777777" w:rsidR="00E31072" w:rsidRDefault="009172C1">
            <w:pPr>
              <w:spacing w:after="100"/>
              <w:jc w:val="center"/>
            </w:pPr>
            <w:r>
              <w:rPr>
                <w:b/>
                <w:color w:val="0F52BA"/>
                <w:sz w:val="30"/>
              </w:rPr>
              <w:t xml:space="preserve">MAKE  </w:t>
            </w:r>
            <w:r>
              <w:rPr>
                <w:b/>
                <w:color w:val="000000"/>
                <w:sz w:val="30"/>
              </w:rPr>
              <w:t>Build a Monster</w:t>
            </w:r>
          </w:p>
          <w:p w14:paraId="765BA9E2" w14:textId="77777777" w:rsidR="00E31072" w:rsidRDefault="009172C1">
            <w:pPr>
              <w:spacing w:after="100"/>
              <w:jc w:val="center"/>
            </w:pPr>
            <w:r>
              <w:rPr>
                <w:b/>
                <w:color w:val="0F52BA"/>
                <w:sz w:val="30"/>
              </w:rPr>
              <w:t xml:space="preserve">TASTE  </w:t>
            </w:r>
            <w:r>
              <w:rPr>
                <w:b/>
                <w:color w:val="000000"/>
                <w:sz w:val="30"/>
              </w:rPr>
              <w:t>Magic Mocktails</w:t>
            </w:r>
          </w:p>
          <w:p w14:paraId="35913BBD" w14:textId="77777777" w:rsidR="00E31072" w:rsidRDefault="009172C1">
            <w:pPr>
              <w:spacing w:after="100"/>
              <w:jc w:val="center"/>
            </w:pPr>
            <w:r>
              <w:rPr>
                <w:b/>
                <w:color w:val="0F52BA"/>
                <w:sz w:val="30"/>
              </w:rPr>
              <w:t xml:space="preserve">PLAY  </w:t>
            </w:r>
            <w:r>
              <w:rPr>
                <w:b/>
                <w:color w:val="000000"/>
                <w:sz w:val="30"/>
              </w:rPr>
              <w:t>Monster Freeze</w:t>
            </w:r>
            <w:r>
              <w:rPr>
                <w:b/>
                <w:color w:val="000000"/>
                <w:sz w:val="30"/>
              </w:rPr>
              <w:br/>
              <w:t>Spooky Walk to Hunts Grove Park</w:t>
            </w:r>
          </w:p>
        </w:tc>
      </w:tr>
    </w:tbl>
    <w:p w14:paraId="5F02F3E6" w14:textId="77777777" w:rsidR="00E31072" w:rsidRDefault="009172C1">
      <w:pPr>
        <w:spacing w:before="140" w:after="140" w:line="240" w:lineRule="auto"/>
        <w:jc w:val="center"/>
      </w:pPr>
      <w:r>
        <w:rPr>
          <w:b/>
          <w:color w:val="4E2870"/>
          <w:sz w:val="29"/>
        </w:rPr>
        <w:t>*TUESDAY: BRING A COAT HANGER   •   **WEDNESDAY: BRING A T-SHIRT</w:t>
      </w:r>
    </w:p>
    <w:p w14:paraId="0F53AB6E" w14:textId="77777777" w:rsidR="00E31072" w:rsidRDefault="009172C1">
      <w:pPr>
        <w:spacing w:after="60"/>
        <w:jc w:val="center"/>
      </w:pPr>
      <w:r>
        <w:rPr>
          <w:noProof/>
        </w:rPr>
        <w:drawing>
          <wp:inline distT="0" distB="0" distL="0" distR="0" wp14:anchorId="345F86CB" wp14:editId="4FC2E5A6">
            <wp:extent cx="6912864" cy="457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shed_footer_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912864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44B84" w14:textId="77777777" w:rsidR="00E31072" w:rsidRDefault="009172C1">
      <w:pPr>
        <w:spacing w:after="60"/>
        <w:jc w:val="center"/>
      </w:pPr>
      <w:r>
        <w:rPr>
          <w:noProof/>
        </w:rPr>
        <w:drawing>
          <wp:inline distT="0" distB="0" distL="0" distR="0" wp14:anchorId="02F0EB39" wp14:editId="6F7C9BFB">
            <wp:extent cx="6912864" cy="457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shed_footer_1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912864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1D568" w14:textId="77777777" w:rsidR="00E31072" w:rsidRDefault="009172C1">
      <w:pPr>
        <w:spacing w:after="60"/>
        <w:jc w:val="center"/>
      </w:pPr>
      <w:r>
        <w:rPr>
          <w:noProof/>
        </w:rPr>
        <w:drawing>
          <wp:inline distT="0" distB="0" distL="0" distR="0" wp14:anchorId="1A78E7D2" wp14:editId="2B62229B">
            <wp:extent cx="6912864" cy="4572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shed_footer_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912864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4B114" w14:textId="77777777" w:rsidR="00E31072" w:rsidRDefault="009172C1">
      <w:pPr>
        <w:spacing w:after="60"/>
        <w:jc w:val="center"/>
      </w:pPr>
      <w:r>
        <w:rPr>
          <w:noProof/>
        </w:rPr>
        <w:drawing>
          <wp:inline distT="0" distB="0" distL="0" distR="0" wp14:anchorId="6ED65A70" wp14:editId="30587B7E">
            <wp:extent cx="6912864" cy="457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shed_footer_3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912864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1072" w:rsidSect="00034616">
      <w:pgSz w:w="11909" w:h="16834"/>
      <w:pgMar w:top="360" w:right="504" w:bottom="360" w:left="5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30055158">
    <w:abstractNumId w:val="8"/>
  </w:num>
  <w:num w:numId="2" w16cid:durableId="1062410973">
    <w:abstractNumId w:val="6"/>
  </w:num>
  <w:num w:numId="3" w16cid:durableId="1258445728">
    <w:abstractNumId w:val="5"/>
  </w:num>
  <w:num w:numId="4" w16cid:durableId="2117166806">
    <w:abstractNumId w:val="4"/>
  </w:num>
  <w:num w:numId="5" w16cid:durableId="1202283084">
    <w:abstractNumId w:val="7"/>
  </w:num>
  <w:num w:numId="6" w16cid:durableId="1661153380">
    <w:abstractNumId w:val="3"/>
  </w:num>
  <w:num w:numId="7" w16cid:durableId="546335253">
    <w:abstractNumId w:val="2"/>
  </w:num>
  <w:num w:numId="8" w16cid:durableId="1636451365">
    <w:abstractNumId w:val="1"/>
  </w:num>
  <w:num w:numId="9" w16cid:durableId="561597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isplayBackgroundShape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7D76"/>
    <w:rsid w:val="0006063C"/>
    <w:rsid w:val="0015074B"/>
    <w:rsid w:val="0029639D"/>
    <w:rsid w:val="00326F90"/>
    <w:rsid w:val="007730F5"/>
    <w:rsid w:val="009172C1"/>
    <w:rsid w:val="00994707"/>
    <w:rsid w:val="00A00785"/>
    <w:rsid w:val="00AA1D8D"/>
    <w:rsid w:val="00AF4AEC"/>
    <w:rsid w:val="00B47730"/>
    <w:rsid w:val="00C01121"/>
    <w:rsid w:val="00CB0664"/>
    <w:rsid w:val="00E3107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D569FF"/>
  <w14:defaultImageDpi w14:val="300"/>
  <w15:docId w15:val="{ECF408E9-090A-49FF-8378-FFA04C33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KiKi's Spooky Holiday Club – Polished Advert – October 2026</dc:title>
  <dc:subject/>
  <dc:creator>KiKi's Kidz</dc:creator>
  <cp:keywords/>
  <dc:description>generated by python-docx</dc:description>
  <cp:lastModifiedBy>admin</cp:lastModifiedBy>
  <cp:revision>2</cp:revision>
  <dcterms:created xsi:type="dcterms:W3CDTF">2026-09-16T09:42:00Z</dcterms:created>
  <dcterms:modified xsi:type="dcterms:W3CDTF">2026-09-16T09:42:00Z</dcterms:modified>
  <cp:category/>
</cp:coreProperties>
</file>